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PD-CONSENT-CHILD-PACK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представителя на данные ребёнка: инструкция и две формы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Форма A и форма B самостоятельны. Каждая начинается с новой страницы. Отметьте только фактическое основание, минимальный состав данных и реальный срок.</w:t>
            </w:r>
          </w:p>
        </w:tc>
      </w:tr>
    </w:tbl>
    <w:p>
      <w:pPr>
        <w:spacing w:after="0" w:line="72" w:lineRule="auto"/>
      </w:pPr>
    </w:p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заполнением пакета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полномочия представителя без лишнего копирования документов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 форме A оставить только данные, необходимые для услуги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Форму B использовать только при доказанной необходимости специальных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Форма B — условная форма для специальных категорий данных о здоровье; она не делает центр медицинской организацией.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Решение о применении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Разделены обычные операционные данные и специальные сведения о здоровье.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Для каждой формы названы конкретная цель, минимальный состав данных, срок и отзыв.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Фото, публичное распространение, реклама и медицинское вмешательство вынесены за пределы пакета.</w:t>
      </w:r>
    </w:p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PD-CONSENT-CHILD-ORDINARY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Форма A. Обычные операционные данные ребёнка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Ребёнок, представитель и оператор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[НАИМЕНОВАНИЕ, ИНН/ОГРНИП,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Ребёнок — субъект данных:</w:t>
            </w:r>
            <w:r>
              <w:rPr>
                <w:rFonts w:ascii="Calibri" w:hAnsi="Calibri"/>
                <w:sz w:val="20"/>
              </w:rPr>
              <w:t xml:space="preserve"> [ФИО], [ВОЗРАСТ ИЛИ ДАТА РОЖДЕНИЯ ПРИ НЕОБХОДИМОСТИ]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Представитель:</w:t>
            </w:r>
            <w:r>
              <w:rPr>
                <w:rFonts w:ascii="Calibri" w:hAnsi="Calibri"/>
                <w:sz w:val="20"/>
              </w:rPr>
              <w:t xml:space="preserve"> [ФИО, СТАТУС]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Контакт представителя:</w:t>
            </w:r>
            <w:r>
              <w:rPr>
                <w:rFonts w:ascii="Calibri" w:hAnsi="Calibri"/>
                <w:sz w:val="20"/>
              </w:rPr>
              <w:t xml:space="preserve"> [ТЕЛЕФОН, EMAIL]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Способ подтверждения полномочий:</w:t>
            </w:r>
            <w:r>
              <w:rPr>
                <w:rFonts w:ascii="Calibri" w:hAnsi="Calibri"/>
                <w:sz w:val="20"/>
              </w:rPr>
              <w:t xml:space="preserve"> [СПОСОБ]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Действуя как законный представитель ребёнка, я даю оператору отдельное согласие только на обработку перечисленных ниже обычных данных для выбранной цели. Это согласие не охватывает здоровье, диагнозы, изображение, рекламу и публичное распространение.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Цели и данные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Организовать запись и подобрать возрастную группу.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Вести расписание и посещения.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Обеспечить выбранную услугу и связаться со мной по её исполнению.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Данные: [ИМЯ, ВОЗРАСТ/ДАТА ПРИ НЕОБХОДИМОСТИ, ПРОГРАММА, ГРУППА, РАСПИСАНИЕ, ПОСЕЩЕНИЯ]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Действия, обработчик, срок и отзыв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Действия и способы: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Обработчик:</w:t>
            </w:r>
            <w:r>
              <w:rPr>
                <w:rFonts w:ascii="Calibri" w:hAnsi="Calibri"/>
                <w:sz w:val="20"/>
              </w:rPr>
              <w:t xml:space="preserve"> [НАИМЕНОВАНИЕ, АДРЕС, ЦЕЛЬ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Срок/событие:</w:t>
            </w:r>
            <w:r>
              <w:rPr>
                <w:rFonts w:ascii="Calibri" w:hAnsi="Calibri"/>
                <w:sz w:val="20"/>
              </w:rPr>
              <w:t xml:space="preserve"> [СРОК]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Отзыв:</w:t>
            </w:r>
            <w:r>
              <w:rPr>
                <w:rFonts w:ascii="Calibri" w:hAnsi="Calibri"/>
                <w:sz w:val="20"/>
              </w:rPr>
              <w:t xml:space="preserve"> [EMAIL/АДРЕС]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ФИО и статус: [ФИО, РОДИТЕЛЬ/ОПЕКУН/ПОПЕЧИТЕЛЬ]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Версия: PD-CONSENT-CHILD-ORDINARY / 2.0 / 07.08.2026</w:t>
            </w:r>
          </w:p>
        </w:tc>
      </w:tr>
    </w:tbl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PD-CONSENT-CHILD-HEALTH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Форма B. Специальные сведения о здоровье и безопасности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Используйте только после документированной оценки необходимости конкретных сведений для безопасной услуги. Не включайте полную историю болезни и не требуйте копии медицинских документов по умолчанию.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Реквизиты письменного согласия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ФИО ребёнка и адрес ребёнка: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Документ ребёнка:</w:t>
            </w:r>
            <w:r>
              <w:rPr>
                <w:rFonts w:ascii="Calibri" w:hAnsi="Calibri"/>
                <w:sz w:val="20"/>
              </w:rPr>
              <w:t xml:space="preserve"> [НОМЕР, ДАТА ВЫДАЧИ, ВЫДАВШИЙ ОРГАН]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ФИО и адрес представителя: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Документ представителя:</w:t>
            </w:r>
            <w:r>
              <w:rPr>
                <w:rFonts w:ascii="Calibri" w:hAnsi="Calibri"/>
                <w:sz w:val="20"/>
              </w:rPr>
              <w:t xml:space="preserve"> [НОМЕР, ДАТА ВЫДАЧИ, ВЫДАВШИЙ ОРГАН]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Документ о полномочиях:</w:t>
            </w:r>
            <w:r>
              <w:rPr>
                <w:rFonts w:ascii="Calibri" w:hAnsi="Calibri"/>
                <w:sz w:val="20"/>
              </w:rPr>
              <w:t xml:space="preserve"> [НАИМЕНОВАНИЕ И РЕКВИЗИТЫ]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 И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Цель:</w:t>
            </w:r>
            <w:r>
              <w:rPr>
                <w:rFonts w:ascii="Calibri" w:hAnsi="Calibri"/>
                <w:sz w:val="20"/>
              </w:rPr>
              <w:t xml:space="preserve"> [КОНКРЕТНАЯ ЦЕЛЬ БЕЗ МЕДИЦИНСКОГО ЛЕЧЕНИЯ]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Точный перечень данных:</w:t>
            </w:r>
            <w:r>
              <w:rPr>
                <w:rFonts w:ascii="Calibri" w:hAnsi="Calibri"/>
                <w:sz w:val="20"/>
              </w:rPr>
              <w:t xml:space="preserve"> [АЛЛЕРГИЯ/ПРОТИВОПОКАЗАНИЕ/ЭКСТРЕННАЯ ИНСТРУКЦИЯ — ТОЛЬКО НУЖНОЕ]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Обработчик:</w:t>
            </w:r>
            <w:r>
              <w:rPr>
                <w:rFonts w:ascii="Calibri" w:hAnsi="Calibri"/>
                <w:sz w:val="20"/>
              </w:rPr>
              <w:t xml:space="preserve"> [ФИО/НАИМЕНОВАНИЕ И АДРЕС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Действия и способы: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Срок:</w:t>
            </w:r>
            <w:r>
              <w:rPr>
                <w:rFonts w:ascii="Calibri" w:hAnsi="Calibri"/>
                <w:sz w:val="20"/>
              </w:rPr>
              <w:t xml:space="preserve"> [СРОК/СОБЫТИЕ]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Отзыв:</w:t>
            </w:r>
            <w:r>
              <w:rPr>
                <w:rFonts w:ascii="Calibri" w:hAnsi="Calibri"/>
                <w:sz w:val="20"/>
              </w:rPr>
              <w:t xml:space="preserve"> [EMAIL/АДРЕС]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Я даю письменное согласие на обработку точно перечисленных специальных сведений для указанной цели. Форма не является согласием на медицинское вмешательство, не наделяет центр правом вести медицинскую деятельность и не заменяет экстренный порядок действий, установленный центром.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ФИО, адрес и статус: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Версия: PD-CONSENT-CHILD-HEALTH / 2.0 / 07.08.2026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полномочия представителя без лишнего копирования документов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 форме A оставить только данные, необходимые для услуги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Форму B использовать только при доказанной необходимости специальных данных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Контроль перед хранением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 каждой использованной форме отмечены только фактические поля и цели.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Подтверждены полномочия представителя и версия текста, которую ему показали.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Запись связана с реестром согласий, сроком пересмотра и каналом отзыва.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Медицинская анкета, полная история болезни, медицинское вмешательство, фото, публичное распространение и реклама.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Центр просит паспорт, свидетельство или всю медицинскую историю ребёнка «на всякий случай».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9 152-ФЗ — реквизиты письменного согласия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10 152-ФЗ — специальные категории данных</w:t>
        </w:r>
      </w:hyperlink>
    </w:p>
    <w:p>
      <w:pPr>
        <w:keepNext w:val="0"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63 Семейного кодекса РФ</w:t>
        </w:r>
      </w:hyperlink>
    </w:p>
    <w:sectPr w:rsidR="00FC693F" w:rsidRPr="0006063C" w:rsidSect="00034616">
      <w:footerReference w:type="default" r:id="rId12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61801/591acc70f577873c1ee54765eda110b7a0271eaf/" TargetMode="External"/><Relationship Id="rId10" Type="http://schemas.openxmlformats.org/officeDocument/2006/relationships/hyperlink" Target="https://www.consultant.ru/document/cons_doc_LAW_61801/" TargetMode="External"/><Relationship Id="rId11" Type="http://schemas.openxmlformats.org/officeDocument/2006/relationships/hyperlink" Target="https://www.consultant.ru/document/cons_doc_LAW_8982/6ef44561bc44714ff21426ceca1e8390b9e970cf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законного представителя на данные ребёнка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